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PERKHIDMATAN SELEPAS JUALAN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SOP-KHI-040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perkhidmatan selepas jualan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perkhidmatan selepas jualan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perkhidmatan selepas jualan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SOP-KHI-040  |  Perkhidmatan Selepas Jualan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