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DAN KELULUSAN PROGRAM KERJA ASAS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SOP-PEN-059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dan kelulusan program kerja asas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dan kelulusan program kerja asas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dan kelulusan program kerja asas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SOP-PEN-059  |  Penyediaan dan Kelulusan Program Kerja Asas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