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BON PELAKSANAAN, INSURANS DAN DOKUMEN KONTRAK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SOP-PEN-055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 Kontrak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bon pelaksanaan, insurans dan dokumen kontrak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bon pelaksanaan, insurans dan dokumen kontrak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bon pelaksanaan, insurans dan dokumen kontrak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SOP-PEN-055  |  Bon Pelaksanaan, Insurans dan Dokumen Kontrak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