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KAWALAN KERJA KEMASAN SENI BINA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SOP-OPE-196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Kerja Bangunan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kawalan kerja kemasan seni bina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kawalan kerja kemasan seni bina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kawalan kerja kemasan seni bina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SOP-OPE-196  |  Kawalan Kerja Kemasan Seni Bina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