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KERJA BATA, DINDING DAN LEPAAN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SOP-OPE-193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Bangunan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kerja bata, dinding dan lepaan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kerja bata, dinding dan lepaan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kerja bata, dinding dan lepaan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SOP-OPE-193  |  Kerja Bata, Dinding dan Lepaan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