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KERJA BUMBUNG DAN KALIS AIR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SOP-KUA-194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Bangunan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kerja bumbung dan kalis air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kerja bumbung dan kalis air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kerja bumbung dan kalis air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SOP-KUA-194  |  Kerja Bumbung dan Kalis Air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