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PEMBINAAN STRUKTUR KONKRIT DAN KERANGKA BANGUNAN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SOP-OPE-192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Bangunan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pembinaan struktur konkrit dan kerangka bangunan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pembinaan struktur konkrit dan kerangka bangunan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pembinaan struktur konkrit dan kerangka bangunan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SOP-OPE-192  |  Pembinaan Struktur Konkrit dan Kerangka Bangunan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