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PENGENDALIAN TUNAI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SOP-KEW-023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Pengguna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pengendalian tunai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pengendalian tunai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pengendalian tunai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SOP-KEW-023  |  Pengendalian Tunai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