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PEMBINAAN SALIRAN DAN PEMBETUNGAN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SOP-OPE-190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Awam dan Infrastruktur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pembinaan saliran dan pembetungan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pembinaan saliran dan pembetungan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pembinaan saliran dan pembetungan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SOP-OPE-190  |  Pembinaan Saliran dan Pembetungan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