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KERJA TANAH, PEMOTONGAN DAN TAMBAKAN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SOP-OPE-187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Awam dan Infrastruktur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kerja tanah, pemotongan dan tambakan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kerja tanah, pemotongan dan tambakan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kerja tanah, pemotongan dan tambakan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SOP-OPE-187  |  Kerja Tanah, Pemotongan dan Tambakan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