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PEMBINAAN JALAN DAN TURAPAN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SOP-OPE-189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pembinaan jalan dan turapan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pembinaan jalan dan turapan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pembinaan jalan dan turapan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SOP-OPE-189  |  Pembinaan Jalan dan Turapan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