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UKUR TAPAK, KAWALAN DATUM DAN PENANDAAN UKUR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SOP-KUA-186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Awam dan Infrastruktur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ukur tapak, kawalan datum dan penandaan ukur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ukur tapak, kawalan datum dan penandaan ukur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ukur tapak, kawalan datum dan penandaan ukur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SOP-KUA-186  |  Ukur Tapak, Kawalan Datum dan Penandaan Ukur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