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PENYELARASAN REKA BENTUK PELBAGAI DISIPLIN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SOP-PEN-181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Perunding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penyelarasan reka bentuk pelbagai disiplin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penyelarasan reka bentuk pelbagai disiplin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penyelarasan reka bentuk pelbagai disiplin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SOP-PEN-181  |  Penyelarasan Reka Bentuk Pelbagai Disiplin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