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SEMAKAN, PENGESAHAN DAN PELEPASAN REKA BENTUK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SOP-KUA-182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semakan, pengesahan dan pelepasan reka bentuk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semakan, pengesahan dan pelepasan reka bentuk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semakan, pengesahan dan pelepasan reka bentuk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SOP-KUA-182  |  Semakan, Pengesahan dan Pelepasan Reka Bentuk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