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SEMAKAN SKOP DAN PENERIMAAN PELANTIKAN PERUNDING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SOP-PEN-180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Pentadbiran Kontrak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Perunding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semakan skop dan penerimaan pelantikan perunding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semakan skop dan penerimaan pelantikan perunding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semakan skop dan penerimaan pelantikan perunding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SOP-PEN-180  |  Semakan Skop dan Penerimaan Pelantikan Perunding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