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PENYELIAAN TAPAK DAN ARAHAN PERUNDING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SOP-OPE-184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Operasi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Perunding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penyeliaan tapak dan arahan perunding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penyeliaan tapak dan arahan perunding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penyeliaan tapak dan arahan perunding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SOP-OPE-184  |  Penyeliaan Tapak dan Arahan Perunding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