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JUALAN RUNCIT DAN SALURAN PENGEDARAN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SOP-JUA-080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jualan runcit dan saluran pengedaran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jualan runcit dan saluran pengedaran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jualan runcit dan saluran pengedaran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SOP-JUA-080  |  Pengurusan Jualan Runcit dan Saluran Pengedaran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