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KELULUSAN PEMASARAN, PROMOSI DAN TUNTUTAN PRODUK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SOP-JUA-085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kelulusan pemasaran, promosi dan tuntutan produk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kelulusan pemasaran, promosi dan tuntutan produk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kelulusan pemasaran, promosi dan tuntutan produk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SOP-JUA-085  |  Kelulusan Pemasaran, Promosi dan Tuntutan Produk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