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PEMENUHAN PESANAN DAN PENGHANTARAN PENGGUNA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SOP-OPE-081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pemenuhan pesanan dan penghantaran pengguna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pemenuhan pesanan dan penghantaran pengguna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pemenuhan pesanan dan penghantaran pengguna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SOP-OPE-081  |  Pemenuhan Pesanan dan Penghantaran Pengguna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