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PEMBANGUNAN DAN PELANCARAN PRODUK PENGGUNA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SOP-OPE-078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pembangunan dan pelancaran produk pengguna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pembangunan dan pelancaran produk pengguna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pembangunan dan pelancaran produk pengguna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SOP-OPE-078  |  Pembangunan dan Pelancaran Produk Pengguna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