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KESELAMATAN PRODUK DAN PENGURUSAN PANGGILAN BALIK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SOP-KUA-079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Produk dan Perkhidmatan Pengguna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keselamatan produk dan pengurusan panggilan balik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keselamatan produk dan pengurusan panggilan balik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keselamatan produk dan pengurusan panggilan balik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SOP-KUA-079  |  Keselamatan Produk dan Pengurusan Panggilan Balik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