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PENYAMPAIAN DAN KAWALAN KUALITI PERKHIDMATAN PENGGUNA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SOP-KUA-082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penyampaian dan kawalan kualiti perkhidmatan pengguna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penyampaian dan kawalan kualiti perkhidmatan pengguna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penyampaian dan kawalan kualiti perkhidmatan pengguna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SOP-KUA-082  |  Penyampaian dan Kawalan Kualiti Perkhidmatan Pengguna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