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SURAT SETUJU TERIMA DAN KONTRAK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SOP-PEN-054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surat setuju terima dan kontrak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surat setuju terima dan kontrak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surat setuju terima dan kontrak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SOP-PEN-054  |  Semakan Surat Setuju Terima dan Kontrak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