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KUTIPAN BAYARAN DAN AKAUN TERTUNGGAK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SOP-KEW-036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kutipan bayaran dan akaun tertunggak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kutipan bayaran dan akaun tertunggak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kutipan bayaran dan akaun tertunggak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SOP-KEW-036  |  Kutipan Bayaran dan Akaun Tertunggak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