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PENDAFTARAN DAN PEMBUKAAN AKAUN PELANGGAN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SOP-KHI-026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pendaftaran dan pembukaan akaun pelanggan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pendaftaran dan pembukaan akaun pelanggan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pendaftaran dan pembukaan akaun pelanggan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SOP-KHI-026  |  Pendaftaran dan Pembukaan Akaun Pelanggan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