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PENGUKURAN KEPUASAN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SOP-KHI-042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pengukuran kepuasan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pengukuran kepuasan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pengukuran kepuasan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SOP-KHI-042  |  Pengukuran Kepuasan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