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PENJADUALAN DAN PENYELARASAN PENGHANTARAN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SOP-OPE-034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penjadualan dan penyelarasan penghantaran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penjadualan dan penyelarasan penghantaran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penjadualan dan penyelarasan penghantaran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SOP-OPE-034  |  Penjadualan dan Penyelarasan Penghantaran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