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PERANCANGAN DAN PEMANTAUAN KELULUSAN PIHAK BERKUASA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SOP-PEN-178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Pemaju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perancangan dan pemantauan kelulusan pihak berkuasa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perancangan dan pemantauan kelulusan pihak berkuasa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perancangan dan pemantauan kelulusan pihak berkuasa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SOP-PEN-178  |  Perancangan dan Pemantauan Kelulusan Pihak Berkuasa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