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PEMILIHAN DAN PELANTIKAN PERUNDING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SOP-PEN-176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Pemaju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pemilihan dan pelantikan perunding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pemilihan dan pelantikan perunding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pemilihan dan pelantikan perunding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SOP-PEN-176  |  Pemilihan dan Pelantikan Perunding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