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 WAJAR TANAH DAN SEKATAN PEMBANGUNAN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SOP-PEN-175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Pemaju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 wajar tanah dan sekatan pembangunan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 wajar tanah dan sekatan pembangunan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 wajar tanah dan sekatan pembangunan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SOP-PEN-175  |  Semakan Wajar Tanah dan Sekatan Pembangunan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