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EKSPLORASI DAN PEMBANGUNAN SUMBER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SOP-PEN-167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eksplorasi dan pembangunan sumber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eksplorasi dan pembangunan sumber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eksplorasi dan pembangunan sumber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SOP-PEN-167  |  Perancangan Eksplorasi dan Pembangunan Sumber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