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KESELAMATAN PROSES DAN BAHAYA UTAMA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SOP-KES-169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Tenaga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keselamatan proses dan bahaya utama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keselamatan proses dan bahaya utama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keselamatan proses dan bahaya utama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SOP-KES-169  |  Pengurusan Keselamatan Proses dan Bahaya Utama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