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PENGUKURAN, PEMINDAHAN JAGAAN DAN REKONSILIASI PRODUK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SOP-KEW-172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Tenaga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pengukuran, pemindahan jagaan dan rekonsiliasi produk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pengukuran, pemindahan jagaan dan rekonsiliasi produk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pengukuran, pemindahan jagaan dan rekonsiliasi produk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SOP-KEW-172  |  Pengukuran, Pemindahan Jagaan dan Rekonsiliasi Produk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