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OPERASI PENGELUARAN DAN PEMANTAUAN PRESTASI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SOP-OPE-168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Tenaga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operasi pengeluaran dan pemantauan prestasi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operasi pengeluaran dan pemantauan prestasi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operasi pengeluaran dan pemantauan prestasi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SOP-OPE-168  |  Operasi Pengeluaran dan Pemantauan Prestasi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