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TUNTUTAN PERBELANJAAN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SOP-KEW-007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tuntutan perbelanjaan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tuntutan perbelanjaan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tuntutan perbelanjaan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SOP-KEW-007  |  Tuntutan Perbelanjaan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