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PEMANTAUAN PENCEGAHAN PENGUBAHAN WANG HARAM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SOP-KEW-095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pemantauan pencegahan pengubahan wang haram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pemantauan pencegahan pengubahan wang haram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pemantauan pencegahan pengubahan wang haram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SOP-KEW-095  |  Pemantauan Pencegahan Pengubahan Wang Haram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