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KESINAMBUNGAN PERNIAGAAN PERKHIDMATAN KEWANGAN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SOP-TEK-101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Perkhidmatan 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kesinambungan perniagaan perkhidmatan kewangan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kesinambungan perniagaan perkhidmatan kewangan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kesinambungan perniagaan perkhidmatan kewangan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SOP-TEK-101  |  Kesinambungan Perniagaan Perkhidmatan Kewangan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