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KREDIT DAN KELULUSAN PEMBIAYAAN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SOP-KEW-096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Perkhidmatan 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kredit dan kelulusan pembiayaan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kredit dan kelulusan pembiayaan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kredit dan kelulusan pembiayaan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SOP-KEW-096  |  Penilaian Kredit dan Kelulusan Pembiayaan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