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PENGENDALIAN ADUAN DAN PERTIKAIAN PELANGGAN KEWANGAN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SOP-KHI-099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Perkhidmatan 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pengendalian aduan dan pertikaian pelanggan kewangan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pengendalian aduan dan pertikaian pelanggan kewangan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pengendalian aduan dan pertikaian pelanggan kewangan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SOP-KHI-099  |  Pengendalian Aduan dan Pertikaian Pelanggan Kewangan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