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PENGENALAN PELANGGAN DAN PEMBUKAAN AKAUN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SOP-KEW-094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Perkhidmatan 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pengenalan pelanggan dan pembukaan akaun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pengenalan pelanggan dan pembukaan akaun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pengenalan pelanggan dan pembukaan akaun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SOP-KEW-094  |  Pengenalan Pelanggan dan Pembukaan Akaun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