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PENGESANAN DAN TINDAK BALAS PENIPUAN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SOP-KUA-098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pengesanan dan tindak balas penipuan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pengesanan dan tindak balas penipuan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pengesanan dan tindak balas penipuan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SOP-KUA-098  |  Pengesanan dan Tindak Balas Penipuan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