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PELAPORAN KAWAL SELIA DAN PENGESAHAN DATA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pelaporan kawal selia dan pengesahan data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pelaporan kawal selia dan pengesahan data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pelaporan kawal selia dan pengesahan data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SOP-PEN-100  |  Pelaporan Kawal Selia dan Pengesahan Data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