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PEMPROSESAN DAN REKONSILIASI TRANSAKSI KEWANGAN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SOP-KEW-097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pemprosesan dan rekonsiliasi transaksi kewangan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pemprosesan dan rekonsiliasi transaksi kewangan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pemprosesan dan rekonsiliasi transaksi kewangan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SOP-KEW-097  |  Pemprosesan dan Rekonsiliasi Transaksi Kewangan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