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PERLINDUNGAN KERJA SIAP DAN PEMBERSIHAN TAPAK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SOP-OPE-214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Dalaman dan Kemasan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perlindungan kerja siap dan pembersihan tapak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perlindungan kerja siap dan pembersihan tapak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perlindungan kerja siap dan pembersihan tapak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SOP-OPE-214  |  Perlindungan Kerja Siap dan Pembersihan Tapak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