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UKUR TAPAK DAN PENGESAHAN KEADAAN SEDIA ADA KERJA DALAMAN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SOP-PEN-210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Dalaman dan Kemasan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ukur tapak dan pengesahan keadaan sedia ada kerja dalaman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ukur tapak dan pengesahan keadaan sedia ada kerja dalaman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ukur tapak dan pengesahan keadaan sedia ada kerja dalaman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SOP-PEN-210  |  Ukur Tapak dan Pengesahan Keadaan Sedia Ada Kerja Dalaman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