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KEBERSIHAN DAN PENGENDALIAN MAKANAN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SOP-OPE-021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kebersihan dan pengendalian makanan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kebersihan dan pengendalian makanan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kebersihan dan pengendalian makanan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SOP-OPE-021  |  Kebersihan dan Pengendalian Makanan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