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REKOD PERUBATAN DAN KERAHSIAAN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SOP-PEN-156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rekod perubatan dan kerahsiaan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rekod perubatan dan kerahsiaan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rekod perubatan dan kerahsiaan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SOP-PEN-156  |  Kawalan Rekod Perubatan dan Kerahsiaan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