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PENENTUKURAN DAN KAWALAN ALAT PENGUKURAN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SOP-KUA-091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Kualiti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Produk dan Perkhidmatan Industri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penentukuran dan kawalan alat pengukuran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penentukuran dan kawalan alat pengukuran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penentukuran dan kawalan alat pengukuran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kerja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diluluskan yang menerangkan skop, urutan, kawalan dan hasil kerja.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operations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arahan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menerima arahan dan merekod hasil, kuantiti, lokasi serta tarikh diperlukan.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sumber dan risiko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menyemak arahan kerja, sumber, kompetensi, bahan, peralatan dan risiko.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memberi kebenaran selepas semua kawalan kritikal tersedia.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 menjalankan kerja mengikut urutan dan merekod masa, kuantiti serta penyimpangan.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menilai hasil. Kegagalan diasingkan, dibaiki dan diperiksa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Penerima mengesahkan hasil dan sebarang batasan atau tindakan susulan.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menutup rekod dan mengemas kini stok, aset atau laporan operasi.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kerja dan bukti pelaksanaan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SOP-KUA-091  |  Penentukuran dan Kawalan Alat Pengukuran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