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PEMASANGAN, SERVIS DAN PENTAULIAHAN PERALATAN INDUSTRI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SOP-OPE-090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pemasangan, servis dan pentauliahan peralatan industri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pemasangan, servis dan pentauliahan peralatan industri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pemasangan, servis dan pentauliahan peralatan industri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SOP-OPE-090  |  Pemasangan, Servis dan Pentauliahan Peralatan Industri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