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PRODUK TIDAK MEMATUHI SPESIFIKASI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SOP-KUA-092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produk tidak mematuhi spesifikasi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produk tidak mematuhi spesifikasi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produk tidak mematuhi spesifikasi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SOP-KUA-092  |  Kawalan Produk Tidak Mematuhi Spesifikasi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